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NET WORTH CERTIFICATE</w:t>
      </w:r>
    </w:p>
    <w:p>
      <w:r>
        <w:t>(As on [Date])</w:t>
      </w:r>
    </w:p>
    <w:p>
      <w:r>
        <w:t>To Whomsoever It May Concern</w:t>
        <w:br/>
      </w:r>
    </w:p>
    <w:p>
      <w:r>
        <w:t>This is to certify that I/we have verified the relevant books of accounts, records, and other documents of Mr./Ms./M/s [Full Name], residing at [Full Address], and based on the information and explanation provided, we hereby certify that the Net Worth of the individual/firm/company as on [Date] is as under: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Particulars</w:t>
            </w:r>
          </w:p>
        </w:tc>
        <w:tc>
          <w:tcPr>
            <w:tcW w:type="dxa" w:w="4320"/>
          </w:tcPr>
          <w:p>
            <w:r>
              <w:t>Amount (₹)</w:t>
            </w:r>
          </w:p>
        </w:tc>
      </w:tr>
      <w:tr>
        <w:tc>
          <w:tcPr>
            <w:tcW w:type="dxa" w:w="4320"/>
          </w:tcPr>
          <w:p>
            <w:r>
              <w:t>Assets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Immovable Properties (Land &amp; Building)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Movable Properties (Vehicles, etc.)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Investments (Shares, Bonds, Mutual Funds)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Bank Balances and Fixed Deposits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Cash in Hand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Business/Partnership Interests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Loans &amp; Advances Given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Other Assets (specify)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Total Assets</w:t>
            </w:r>
          </w:p>
        </w:tc>
        <w:tc>
          <w:tcPr>
            <w:tcW w:type="dxa" w:w="4320"/>
          </w:tcPr>
          <w:p>
            <w:r>
              <w:t>[Total]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Less: Liabilities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Loans Payable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Creditors / Outstanding Liabilities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Other Liabilities (specify)</w:t>
            </w:r>
          </w:p>
        </w:tc>
        <w:tc>
          <w:tcPr>
            <w:tcW w:type="dxa" w:w="4320"/>
          </w:tcPr>
          <w:p>
            <w:r>
              <w:t>[Amount]</w:t>
            </w:r>
          </w:p>
        </w:tc>
      </w:tr>
      <w:tr>
        <w:tc>
          <w:tcPr>
            <w:tcW w:type="dxa" w:w="4320"/>
          </w:tcPr>
          <w:p>
            <w:r>
              <w:t>Total Liabilities</w:t>
            </w:r>
          </w:p>
        </w:tc>
        <w:tc>
          <w:tcPr>
            <w:tcW w:type="dxa" w:w="4320"/>
          </w:tcPr>
          <w:p>
            <w:r>
              <w:t>[Total]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Net Worth (Assets - Liabilities)</w:t>
            </w:r>
          </w:p>
        </w:tc>
        <w:tc>
          <w:tcPr>
            <w:tcW w:type="dxa" w:w="4320"/>
          </w:tcPr>
          <w:p>
            <w:r>
              <w:t>₹ [Net Worth]</w:t>
            </w:r>
          </w:p>
        </w:tc>
      </w:tr>
    </w:tbl>
    <w:p>
      <w:r>
        <w:br/>
        <w:t>This certificate is based on the details, documents, and explanations provided by the client, and we are not responsible for the accuracy or completeness of the same.</w:t>
        <w:br/>
      </w:r>
    </w:p>
    <w:p>
      <w:r>
        <w:t>Place: [City]</w:t>
      </w:r>
    </w:p>
    <w:p>
      <w:r>
        <w:t>Date: [DD/MM/YYYY]</w:t>
        <w:br/>
      </w:r>
    </w:p>
    <w:p>
      <w:r>
        <w:t>For [CA Firm Name]</w:t>
      </w:r>
    </w:p>
    <w:p>
      <w:r>
        <w:t>Chartered Accountants</w:t>
      </w:r>
    </w:p>
    <w:p>
      <w:r>
        <w:t>FRN: [Firm Registration Number]</w:t>
        <w:br/>
      </w:r>
    </w:p>
    <w:p>
      <w:r>
        <w:t>(Signature)</w:t>
      </w:r>
    </w:p>
    <w:p>
      <w:r>
        <w:t>[Name of CA]</w:t>
      </w:r>
    </w:p>
    <w:p>
      <w:r>
        <w:t>Membership No.: [CA Membership Number]</w:t>
      </w:r>
    </w:p>
    <w:p>
      <w:r>
        <w:t>UDIN: [Generate from ICAI site]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